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ESCRITO DE PETICIÓN</w:t>
      </w:r>
    </w:p>
    <w:p>
      <w:r>
        <w:t>Nombre y apellidos: ________________________________</w:t>
      </w:r>
    </w:p>
    <w:p>
      <w:r>
        <w:t>DNI/NIE: ________________________________</w:t>
      </w:r>
    </w:p>
    <w:p>
      <w:r>
        <w:t>Domicilio a efectos de notificaciones: ________________________________</w:t>
      </w:r>
    </w:p>
    <w:p>
      <w:r>
        <w:t>Correo electrónico (si prefiere recibir la respuesta por esta vía): ________________________________</w:t>
      </w:r>
    </w:p>
    <w:p>
      <w:r>
        <w:t>Vecino/a del barrio de: ________________________________ (Riaza)</w:t>
      </w:r>
    </w:p>
    <w:p>
      <w:r>
        <w:t>Si la petición es de varios vecinos: la firman todos, con su nombre y DNI en la hoja de firmas del final, y aquí arriba van los datos de quien recibe las notificaciones.</w:t>
      </w:r>
    </w:p>
    <w:p>
      <w:r>
        <w:rPr>
          <w:b/>
        </w:rPr>
        <w:t>EXPONE</w:t>
      </w:r>
    </w:p>
    <w:p>
      <w:r>
        <w:t>Que, en ejercicio del derecho de petición reconocido en el artículo 29 de la Constitución y regulado por la Ley Orgánica 4/2001, de 12 de noviembre, y como vecino/a(s) del barrio de ______________, que no constituye entidad local menor,</w:t>
      </w:r>
    </w:p>
    <w:p>
      <w:r>
        <w:t>________________________________________________________________________________________________ (explique brevemente la situación del barrio: casas vacías, falta de un lugar de reunión, edificios municipales sin uso…).</w:t>
      </w:r>
    </w:p>
    <w:p>
      <w:r>
        <w:rPr>
          <w:b/>
        </w:rPr>
        <w:t>SOLICITA (marque lo que corresponda):</w:t>
      </w:r>
    </w:p>
    <w:p>
      <w:r>
        <w:t>☐ Que el Ayuntamiento estudie solicitar a la Junta de Castilla y León el programa Rehabitare para rehabilitar como vivienda el edificio municipal ________________________________.</w:t>
      </w:r>
    </w:p>
    <w:p>
      <w:r>
        <w:t>☐ Que se ceda el uso del local municipal ________________________________ a la asociación ________________________________ mediante convenio, para que sea lugar de reunión del barrio.</w:t>
      </w:r>
    </w:p>
    <w:p>
      <w:r>
        <w:t>☐ Que el Alcalde nombre un representante vecinal del barrio, conforme al artículo 122 del Reglamento de Organización, Funcionamiento y Régimen Jurídico de las Entidades Locales (Real Decreto 2568/1986).</w:t>
      </w:r>
    </w:p>
    <w:p>
      <w:r>
        <w:t>☐ Otra: ________________________________________________________________</w:t>
      </w:r>
    </w:p>
    <w:p/>
    <w:p>
      <w:r>
        <w:t>En ____________, a ____ de ______________ de 20___</w:t>
      </w:r>
    </w:p>
    <w:p/>
    <w:p>
      <w:r>
        <w:t>Firma:</w:t>
      </w:r>
    </w:p>
    <w:p/>
    <w:p>
      <w:r>
        <w:t>SR./SRA. ALCALDE/SA-PRESIDENTE/A DEL AYUNTAMIENTO DE RIAZA (SEGOVIA)</w:t>
      </w:r>
    </w:p>
    <w:p/>
    <w:p>
      <w:r>
        <w:rPr>
          <w:b/>
        </w:rPr>
        <w:t>Hoja de firmas (petición colectiva, art. 4.2 de la Ley Orgánica 4/2001)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Nombre y apellidos</w:t>
            </w:r>
          </w:p>
        </w:tc>
        <w:tc>
          <w:tcPr>
            <w:tcW w:type="dxa" w:w="2880"/>
          </w:tcPr>
          <w:p>
            <w:r>
              <w:t>DNI/NIE</w:t>
            </w:r>
          </w:p>
        </w:tc>
        <w:tc>
          <w:tcPr>
            <w:tcW w:type="dxa" w:w="2880"/>
          </w:tcPr>
          <w:p>
            <w:r>
              <w:t>Firma</w:t>
            </w:r>
          </w:p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>
      <w:r>
        <w:br w:type="page"/>
      </w:r>
    </w:p>
    <w:p>
      <w:r>
        <w:rPr>
          <w:b/>
          <w:sz w:val="28"/>
        </w:rPr>
        <w:t>Cómo presentarla (esta página no se presenta)</w:t>
      </w:r>
    </w:p>
    <w:p>
      <w:pPr>
        <w:pStyle w:val="ListBullet"/>
      </w:pPr>
      <w:r>
        <w:t>Puede firmarla una persona o varias. Si sois varios, firmáis todos en la hoja de firmas con nombre y DNI (art. 4.2 de la Ley Orgánica 4/2001): pesa más.</w:t>
      </w:r>
    </w:p>
    <w:p>
      <w:pPr>
        <w:pStyle w:val="ListBullet"/>
      </w:pPr>
      <w:r>
        <w:t>Preséntala en el registro del Ayuntamiento de Riaza, en persona (pide copia sellada) o por la sede electrónica. Guarda el justificante.</w:t>
      </w:r>
    </w:p>
    <w:p>
      <w:pPr>
        <w:pStyle w:val="ListBullet"/>
      </w:pPr>
      <w:r>
        <w:t>En 45 días hábiles tienen que decirte si la admiten a trámite (art. 9). Si la admiten, tienen que contestarte en un máximo de tres meses desde que la presentaste, diciendo qué han hecho con ella y por qué (art. 11).</w:t>
      </w:r>
    </w:p>
    <w:p>
      <w:pPr>
        <w:pStyle w:val="ListBullet"/>
      </w:pPr>
      <w:r>
        <w:t>Para pedir datos (qué edificios municipales hay en el barrio, qué recibe cada año) no es esta plantilla: es la de acceso a la información, que es más rápida (un mes) y, si no contestan, se puede reclamar.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